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FAC-SIMILE DI RECLAMO</w:t>
      </w:r>
    </w:p>
    <w:p>
      <w:pPr>
        <w:jc w:val="center"/>
      </w:pPr>
      <w:r>
        <w:rPr>
          <w:b/>
          <w:sz w:val="24"/>
        </w:rPr>
        <w:t>Mancata individuazione nel bollettino delle nomine per continuità didattica su posto di sostegno – a.s. 2026/2027</w:t>
      </w:r>
    </w:p>
    <w:p/>
    <w:p>
      <w:pPr>
        <w:jc w:val="right"/>
      </w:pPr>
      <w:r>
        <w:rPr>
          <w:b/>
        </w:rPr>
        <w:t>All’Ufficio Scolastico Regionale per la Campania</w:t>
        <w:br/>
      </w:r>
      <w:r>
        <w:rPr>
          <w:b/>
        </w:rPr>
        <w:t>Ufficio VI – Ambito Territoriale di Napoli</w:t>
      </w:r>
    </w:p>
    <w:p>
      <w:r>
        <w:rPr>
          <w:b/>
        </w:rPr>
        <w:t xml:space="preserve">Oggetto: </w:t>
      </w:r>
      <w:r>
        <w:t>Reclamo e richiesta di riesame in autotutela – mancata individuazione nel bollettino delle nomine per continuità didattica su posto di sostegno – a.s. 2026/2027</w:t>
      </w:r>
    </w:p>
    <w:p>
      <w:r>
        <w:t>Il/La sottoscritto/a ______________________________________________,</w:t>
        <w:br/>
        <w:t>nato/a a ______________________________ il __________________,</w:t>
        <w:br/>
        <w:t>C.F. ______________________________________________,</w:t>
        <w:br/>
        <w:t>recapito telefonico _________________________________,</w:t>
        <w:br/>
        <w:t>e-mail ______________________________________________,</w:t>
        <w:br/>
        <w:br/>
        <w:t>inserito/a nelle GPS della provincia di Napoli per posto di sostegno ______________________________,</w:t>
      </w:r>
    </w:p>
    <w:p>
      <w:r>
        <w:rPr>
          <w:b/>
        </w:rPr>
        <w:t>PREMESSO CHE</w:t>
      </w:r>
    </w:p>
    <w:p>
      <w:pPr>
        <w:pStyle w:val="ListBullet"/>
      </w:pPr>
      <w:r>
        <w:t>nell’a.s. 2025/2026 ha prestato servizio su posto di sostegno presso l’Istituzione scolastica ______________________________________________, codice meccanografico __________________________;</w:t>
      </w:r>
    </w:p>
    <w:p>
      <w:pPr>
        <w:pStyle w:val="ListBullet"/>
      </w:pPr>
      <w:r>
        <w:t>ha regolarmente manifestato la propria disponibilità alla conferma sul posto di sostegno per l’a.s. 2026/2027 ai fini della continuità didattica;</w:t>
      </w:r>
    </w:p>
    <w:p>
      <w:pPr>
        <w:pStyle w:val="ListBullet"/>
      </w:pPr>
      <w:r>
        <w:t>per quanto a propria conoscenza, risultano sussistenti i requisiti previsti per la partecipazione alla procedura;</w:t>
      </w:r>
    </w:p>
    <w:p>
      <w:pPr>
        <w:pStyle w:val="ListBullet"/>
      </w:pPr>
      <w:r>
        <w:t>nel bollettino pubblicato relativo alle nomine per continuità didattica su posto di sostegno per l’a.s. 2026/2027 il proprio nominativo non risulta tra gli aspiranti individuati;</w:t>
      </w:r>
    </w:p>
    <w:p>
      <w:r>
        <w:rPr>
          <w:b/>
        </w:rPr>
        <w:t>CHIEDE</w:t>
      </w:r>
    </w:p>
    <w:p>
      <w:r>
        <w:t>a codesto Ufficio di procedere con urgenza alla verifica e al riesame della propria posizione, accertando la corretta acquisizione ed elaborazione dell’istanza e le ragioni della mancata individuazione.</w:t>
      </w:r>
    </w:p>
    <w:p>
      <w:r>
        <w:t>Qualora dal riesame emerga un errore materiale, procedurale o di elaborazione, il/la sottoscritto/a chiede la rettifica in autotutela della propria posizione, con l’adozione dei conseguenti provvedimenti di competenza.</w:t>
      </w:r>
    </w:p>
    <w:p>
      <w:r>
        <w:rPr>
          <w:b/>
        </w:rPr>
        <w:t>ALLEGATI</w:t>
      </w:r>
    </w:p>
    <w:p>
      <w:pPr>
        <w:pStyle w:val="ListBullet"/>
      </w:pPr>
      <w:r>
        <w:t>copia dell’istanza presentata;</w:t>
      </w:r>
    </w:p>
    <w:p>
      <w:pPr>
        <w:pStyle w:val="ListBullet"/>
      </w:pPr>
      <w:r>
        <w:t>eventuale documentazione relativa alla procedura di conferma per continuità didattica;</w:t>
      </w:r>
    </w:p>
    <w:p>
      <w:pPr>
        <w:pStyle w:val="ListBullet"/>
      </w:pPr>
      <w:r>
        <w:t>copia del documento di identità;</w:t>
      </w:r>
    </w:p>
    <w:p>
      <w:pPr>
        <w:pStyle w:val="ListBullet"/>
      </w:pPr>
      <w:r>
        <w:t>eventuale ulteriore documentazione utile.</w:t>
      </w:r>
    </w:p>
    <w:p>
      <w:r>
        <w:br/>
        <w:t>Luogo e data ______________________________</w:t>
      </w:r>
    </w:p>
    <w:p>
      <w:pPr>
        <w:jc w:val="right"/>
      </w:pPr>
      <w:r>
        <w:t>Firma</w:t>
        <w:br/>
        <w:t>____________________________________________</w:t>
      </w:r>
    </w:p>
    <w:p/>
    <w:p>
      <w:pPr>
        <w:jc w:val="center"/>
      </w:pPr>
      <w:r>
        <w:rPr>
          <w:b/>
          <w:sz w:val="20"/>
        </w:rPr>
        <w:t>FGU – GILDA DEGLI INSEGNANTI DI NAPOLI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