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  <w:r>
        <w:rPr>
          <w:b/>
        </w:rPr>
        <w:t xml:space="preserve">Oggetto: </w:t>
      </w:r>
      <w:r>
        <w:rPr>
          <w:b/>
        </w:rPr>
        <w:t>Reclamo in autotutela avverso il Bollettino delle Nomine a tempo determinato – GPS Sostegno – Richiesta riconoscimento continuità didattica</w:t>
      </w:r>
    </w:p>
    <w:p>
      <w:pPr>
        <w:spacing w:after="360"/>
      </w:pPr>
      <w:r>
        <w:rPr>
          <w:b/>
        </w:rPr>
        <w:t xml:space="preserve">Al Dirigente dell'Ufficio Scolastico Provinciale di </w:t>
      </w:r>
      <w:r>
        <w:rPr>
          <w:i/>
        </w:rPr>
        <w:t>[Inserisci Provincia, es: Roma]</w:t>
        <w:br/>
      </w:r>
      <w:r>
        <w:rPr>
          <w:b/>
        </w:rPr>
        <w:t xml:space="preserve">Inserire indirizzo PEC dell'USP: </w:t>
      </w:r>
      <w:r>
        <w:rPr>
          <w:i/>
        </w:rPr>
        <w:t>[Inserisci PEC dell'USP]</w:t>
      </w:r>
    </w:p>
    <w:p>
      <w:pPr>
        <w:spacing w:after="120"/>
      </w:pPr>
      <w:r>
        <w:t xml:space="preserve">Il/La sottoscritto/a </w:t>
      </w:r>
      <w:r>
        <w:rPr>
          <w:i/>
        </w:rPr>
        <w:t>[Nome e Cognome]</w:t>
      </w:r>
      <w:r>
        <w:t xml:space="preserve">, nato/a a </w:t>
      </w:r>
      <w:r>
        <w:rPr>
          <w:i/>
        </w:rPr>
        <w:t>[Luogo di nascita]</w:t>
      </w:r>
      <w:r>
        <w:t xml:space="preserve"> il </w:t>
      </w:r>
      <w:r>
        <w:rPr>
          <w:i/>
        </w:rPr>
        <w:t>[Data di nascita]</w:t>
      </w:r>
      <w:r>
        <w:t xml:space="preserve">, C.F. </w:t>
      </w:r>
      <w:r>
        <w:rPr>
          <w:i/>
        </w:rPr>
        <w:t>[Codice Fiscale]</w:t>
      </w:r>
      <w:r>
        <w:t xml:space="preserve">, residente in </w:t>
      </w:r>
      <w:r>
        <w:rPr>
          <w:i/>
        </w:rPr>
        <w:t>[Indirizzo di residenza]</w:t>
      </w:r>
      <w:r>
        <w:t xml:space="preserve">, telefono </w:t>
      </w:r>
      <w:r>
        <w:rPr>
          <w:i/>
        </w:rPr>
        <w:t>[Numero di telefono]</w:t>
      </w:r>
      <w:r>
        <w:t xml:space="preserve">, indirizzo PEC/email </w:t>
      </w:r>
      <w:r>
        <w:rPr>
          <w:i/>
        </w:rPr>
        <w:t>[Tua email o PEC]</w:t>
      </w:r>
      <w:r>
        <w:t>;</w:t>
        <w:br/>
        <w:br/>
        <w:t xml:space="preserve">Incluso/a nelle Graduatorie Provinciali per le Supplenze (GPS) della provincia di </w:t>
      </w:r>
      <w:r>
        <w:rPr>
          <w:i/>
        </w:rPr>
        <w:t>[Provincia]</w:t>
      </w:r>
      <w:r>
        <w:t xml:space="preserve"> per i posti di sostegno:</w:t>
      </w:r>
    </w:p>
    <w:p>
      <w:pPr>
        <w:pStyle w:val="ListBullet"/>
      </w:pPr>
      <w:r>
        <w:t xml:space="preserve">Grado di istruzione: </w:t>
      </w:r>
      <w:r>
        <w:rPr>
          <w:i/>
        </w:rPr>
        <w:t>[es: Scuola Primaria / Secondaria di I grado / Secondaria di II grado]</w:t>
      </w:r>
    </w:p>
    <w:p>
      <w:pPr>
        <w:pStyle w:val="ListBullet"/>
      </w:pPr>
      <w:r>
        <w:t xml:space="preserve">Fascia: </w:t>
      </w:r>
      <w:r>
        <w:rPr>
          <w:i/>
        </w:rPr>
        <w:t>[es: Prima Fascia / Seconda Fascia]</w:t>
      </w:r>
    </w:p>
    <w:p>
      <w:pPr>
        <w:pStyle w:val="ListBullet"/>
        <w:spacing w:after="360"/>
      </w:pPr>
      <w:r>
        <w:t xml:space="preserve">Punteggio: </w:t>
      </w:r>
      <w:r>
        <w:rPr>
          <w:i/>
        </w:rPr>
        <w:t>[Inserisci il tuo punteggio]</w:t>
      </w:r>
    </w:p>
    <w:p>
      <w:pPr>
        <w:spacing w:after="120"/>
      </w:pPr>
      <w:r>
        <w:rPr>
          <w:b/>
        </w:rPr>
        <w:t>PREMESSO CHE</w:t>
      </w:r>
    </w:p>
    <w:p>
      <w:pPr>
        <w:pStyle w:val="ListBullet"/>
      </w:pPr>
      <w:r>
        <w:t>Ha presentato regolare istanza per l’attribuzione dei contratti a tempo determinato (c.d. domanda delle 150 preferenze) entro i termini stabiliti;</w:t>
      </w:r>
    </w:p>
    <w:p>
      <w:pPr>
        <w:pStyle w:val="ListBullet"/>
      </w:pPr>
      <w:r>
        <w:t xml:space="preserve">Nella suddetta istanza ha espresso la priorità/richiesta per la </w:t>
      </w:r>
      <w:r>
        <w:rPr>
          <w:b/>
        </w:rPr>
        <w:t>continuità didattica</w:t>
      </w:r>
      <w:r>
        <w:t xml:space="preserve"> sul posto di sostegno occupato nell'anno scolastico precedente </w:t>
      </w:r>
      <w:r>
        <w:rPr>
          <w:i/>
        </w:rPr>
        <w:t>[inserire anno precedente, es. 2025/2026]</w:t>
      </w:r>
      <w:r>
        <w:t xml:space="preserve"> presso l'istituto </w:t>
      </w:r>
      <w:r>
        <w:rPr>
          <w:i/>
        </w:rPr>
        <w:t>[Nome della scuola dell'anno scorso]</w:t>
      </w:r>
      <w:r>
        <w:t xml:space="preserve"> per l'alunno/a </w:t>
      </w:r>
      <w:r>
        <w:rPr>
          <w:i/>
        </w:rPr>
        <w:t>[Iniziali dell'alunno, es: A.B.]</w:t>
      </w:r>
      <w:r>
        <w:t xml:space="preserve"> ai sensi delle disposizioni vigenti;</w:t>
      </w:r>
    </w:p>
    <w:p>
      <w:pPr>
        <w:pStyle w:val="ListBullet"/>
        <w:spacing w:after="360"/>
      </w:pPr>
      <w:r>
        <w:t xml:space="preserve">In data </w:t>
      </w:r>
      <w:r>
        <w:rPr>
          <w:i/>
        </w:rPr>
        <w:t>[Data di pubblicazione del bollettino]</w:t>
      </w:r>
      <w:r>
        <w:t xml:space="preserve"> codesto Ufficio ha pubblicato il bollettino delle nomine n. </w:t>
      </w:r>
      <w:r>
        <w:rPr>
          <w:i/>
        </w:rPr>
        <w:t>[Numero del bollettino, es: 1]</w:t>
      </w:r>
    </w:p>
    <w:p>
      <w:pPr>
        <w:spacing w:after="120"/>
      </w:pPr>
      <w:r>
        <w:rPr>
          <w:b/>
        </w:rPr>
        <w:t>CONSTATATO CHE</w:t>
      </w:r>
    </w:p>
    <w:p>
      <w:r>
        <w:t>Nel suddetto bollettino, il/la sottoscritto/a è stato/a (selezionare e mantenere solo l'opzione specifica):</w:t>
      </w:r>
    </w:p>
    <w:p>
      <w:pPr>
        <w:pStyle w:val="ListBullet"/>
      </w:pPr>
      <w:r>
        <w:rPr>
          <w:b/>
        </w:rPr>
        <w:t xml:space="preserve">Opzione A: </w:t>
      </w:r>
      <w:r>
        <w:t>non destinatario/a di nomina, pur in presenza di posti disponibili sulla sede richiesta per continuità.</w:t>
      </w:r>
    </w:p>
    <w:p>
      <w:pPr>
        <w:pStyle w:val="ListBullet"/>
      </w:pPr>
      <w:r>
        <w:rPr>
          <w:b/>
        </w:rPr>
        <w:t xml:space="preserve">Opzione B: </w:t>
      </w:r>
      <w:r>
        <w:t>assegnato/a a una sede diversa da quella richiesta per continuità, nonostante la sussistenza dei requisiti e la richiesta della famiglia/scuola.</w:t>
      </w:r>
    </w:p>
    <w:p>
      <w:pPr>
        <w:pStyle w:val="ListBullet"/>
        <w:spacing w:after="360"/>
      </w:pPr>
      <w:r>
        <w:rPr>
          <w:b/>
        </w:rPr>
        <w:t xml:space="preserve">Opzione C: </w:t>
      </w:r>
      <w:r>
        <w:t>superato/a nell'assegnazione da docenti con punteggio inferiore o che non beneficiavano del diritto alla continuità didattica.</w:t>
      </w:r>
    </w:p>
    <w:p>
      <w:pPr>
        <w:spacing w:after="120"/>
      </w:pPr>
      <w:r>
        <w:rPr>
          <w:b/>
        </w:rPr>
        <w:t>CHIEDE</w:t>
      </w:r>
    </w:p>
    <w:p>
      <w:pPr>
        <w:spacing w:after="360"/>
      </w:pPr>
      <w:r>
        <w:t xml:space="preserve">In via di autotutela, il riesame del bollettino di nomina sopra citato, la verifica della propria posizione e l'attribuzione della supplenza sul posto di sostegno per continuità didattica presso l'Istituto </w:t>
      </w:r>
      <w:r>
        <w:rPr>
          <w:i/>
        </w:rPr>
        <w:t>[Nome della scuola richiesta]</w:t>
      </w:r>
      <w:r>
        <w:t>.</w:t>
      </w:r>
    </w:p>
    <w:p>
      <w:r>
        <w:t>Si allega alla presente:</w:t>
      </w:r>
    </w:p>
    <w:p>
      <w:pPr>
        <w:pStyle w:val="ListNumber"/>
      </w:pPr>
      <w:r>
        <w:t>Copia del documento di identità;</w:t>
      </w:r>
    </w:p>
    <w:p>
      <w:pPr>
        <w:pStyle w:val="ListNumber"/>
      </w:pPr>
      <w:r>
        <w:t>Ricevuta di invio dell'istanza delle 150 preferenze;</w:t>
      </w:r>
    </w:p>
    <w:p>
      <w:pPr>
        <w:pStyle w:val="ListNumber"/>
        <w:spacing w:after="480"/>
      </w:pPr>
      <w:r>
        <w:t>Eventuale documentazione a supporto della richiesta di continuità (es. richiesta della famiglia o della scuola).</w:t>
      </w:r>
    </w:p>
    <w:p>
      <w:pPr>
        <w:spacing w:after="480"/>
      </w:pPr>
      <w:r>
        <w:t>Con osservanza,</w:t>
      </w:r>
    </w:p>
    <w:p>
      <w:r>
        <w:rPr>
          <w:b/>
        </w:rPr>
        <w:t xml:space="preserve">Luogo e Data: </w:t>
      </w:r>
      <w:r>
        <w:rPr>
          <w:i/>
        </w:rPr>
        <w:t>[Inserisci Luogo e Data]</w:t>
        <w:br/>
        <w:br/>
      </w:r>
      <w:r>
        <w:rPr>
          <w:b/>
        </w:rPr>
        <w:t xml:space="preserve">Firma: </w:t>
      </w:r>
      <w:r>
        <w:rPr>
          <w:i/>
        </w:rPr>
        <w:t>[Tuo Nome e Cognome]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